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مرجع النبيّ صلى الله عليه وسلم،من الأحزاب-كتاب المغازي-صحيح البخاري — رقم الحديث: 4124 — الرقم الفرعي: 99 — الرقم الأصلي: 4124</w:t>
        <w:br/>
      </w:r>
      <w:r>
        <w:rPr>
          <w:rtl w:val="1"/>
        </w:rPr>
        <w:t xml:space="preserve"> وزاد إبراهيم بن طَهمان عن الشَّيبانيّ عن عَديّ بن ثابت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رسولُ الله ﷺ يومَ قُرَيظةَ لِحسَّانَ بنِ ثابتٍ: «اهْجُ المُشرِكينَ، فإنَّ جِبْريلَ مَعَكَ». 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الجهاد بالكلمة والعلم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قوات التوجيه والدعوة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