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مسح الأذنين مع الرأس ،وما يستدل به على أنهما من الرأس-كتاب الطهارة-سنن النسائي — رقم الحديث: 103 — الرقم الفرعي: 99 — الرقم الأصلي: 103</w:t>
        <w:br/>
      </w:r>
      <w:r>
        <w:rPr>
          <w:rtl w:val="1"/>
        </w:rPr>
        <w:t xml:space="preserve"> أخبرنا قتيبة و عتبة بن عبد الله عن مالك عن زيد بن أسلم عن عطاء بن يسار عن عبد الله الصُنابحيّ أنّ رسول الله صلى الله عليه وسلم</w:t>
        <w:br/>
      </w:r>
      <w:r>
        <w:rPr>
          <w:color w:val="FF0000"/>
          <w:rtl w:val="1"/>
        </w:rPr>
        <w:t xml:space="preserve">قال: «إذا توضّأ العبدُ المُؤمنُ فتَمضمَضَ، خرَجَت الخَطايا من فِيهِ،  </w:t>
      </w:r>
      <w:r>
        <w:rPr>
          <w:color w:val="FF0000"/>
          <w:rtl w:val="1"/>
        </w:rPr>
        <w:t xml:space="preserve">فإذا استَنثَر، خرَجَت الخَطايا من أَنفِه،  </w:t>
      </w:r>
      <w:r>
        <w:rPr>
          <w:color w:val="FF0000"/>
          <w:rtl w:val="1"/>
        </w:rPr>
        <w:t xml:space="preserve">فإذا غَسَلَ وجهَهُ، خرَجَت الخَطايا من وجهِهِ حتى تَخرُجَ من تحت أشفارِ عَينَيه،  </w:t>
      </w:r>
      <w:r>
        <w:rPr>
          <w:color w:val="FF0000"/>
          <w:rtl w:val="1"/>
        </w:rPr>
        <w:t xml:space="preserve">فإذا غَسَلَ يدَيه، خرَجَت الخَطايا من يدَيه حتى تَخرُجَ من تحت أظفارِ يدَيه،  </w:t>
      </w:r>
      <w:r>
        <w:rPr>
          <w:color w:val="FF0000"/>
          <w:rtl w:val="1"/>
        </w:rPr>
        <w:t xml:space="preserve">فإذا مسَحَ برأسِه، خرَجَت الخَطايا من رأسِه حتى تَخرُج من أُذُنيه،  </w:t>
      </w:r>
      <w:r>
        <w:rPr>
          <w:color w:val="FF0000"/>
          <w:rtl w:val="1"/>
        </w:rPr>
        <w:t xml:space="preserve">فإذا غَسَلَ رِجلَيه، خرَجَت الخَطايا من رِجلَيه حتى تَخرُج من تحت أظفارِ رِجلَيه،  </w:t>
      </w:r>
      <w:r>
        <w:rPr>
          <w:color w:val="FF0000"/>
          <w:rtl w:val="1"/>
        </w:rPr>
        <w:t xml:space="preserve">ثم كان مَشْيُه إلى المسجدِ وصلاتُه نافلةً له».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سنن الفطرة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المضمضة والاستنشاق والاستنثار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