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المستوشمة-كتاب اللباس-صحيح البخاري — رقم الحديث: 5946 — الرقم الفرعي: 99 — الرقم الأصلي: 5946</w:t>
        <w:br/>
      </w:r>
      <w:r>
        <w:rPr>
          <w:rtl w:val="1"/>
        </w:rPr>
        <w:t xml:space="preserve"> حدثنا زهير بن حرب حدثنا جرير عن عمارة عن أبي زُرْعة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أُتيَ عمرُ بامرأةٍ تَشِمُ،  </w:t>
      </w:r>
      <w:r>
        <w:rPr>
          <w:color w:val="FF0000"/>
          <w:rtl w:val="1"/>
        </w:rPr>
        <w:t xml:space="preserve">فقامَ فقال: أنشُدُكم بالله مَن سَمِعَ منَ النبيِّ ﷺ في الوَشْمِ؟  </w:t>
      </w:r>
      <w:r>
        <w:rPr>
          <w:color w:val="FF0000"/>
          <w:rtl w:val="1"/>
        </w:rPr>
        <w:t xml:space="preserve">فقال أبو هُرَيرةَ: فقُمْتُ فقلتُ: يا أميرَ المؤمنينَ أنا سمعتُ، قال: ما سمعتَ؟  </w:t>
      </w:r>
      <w:r>
        <w:rPr>
          <w:color w:val="FF0000"/>
          <w:rtl w:val="1"/>
        </w:rPr>
        <w:t xml:space="preserve">قال: سمعتُ النبيَّ ﷺ يقولُ: «لا تَشِمْنَ ولا تَستَوْشِمْنَ».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بالمرأة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