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الطواف على بعير وغيره،واستلام الحجر بمحجن ونحوه للراكب-كتاب الحجّ-صحيح مسلم — رقم الحديث: 1275 — الرقم الفرعي: 99 — الرقم الأصلي: 1275</w:t>
        <w:br/>
      </w:r>
      <w:r>
        <w:rPr>
          <w:rtl w:val="1"/>
        </w:rPr>
        <w:t xml:space="preserve"> وحدثنا محمد بن المثنى حدثنا سليمان بن داود حدثنا معروف بن خرّبوذ قال:سمعت أبا الطفيل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رَأَيتُ رسولَ اللهِ ﷺ يَطوفُ بالبَيتِ، ويَستَلِمُ الرُّكنَ بمِحجَنٍ مَعَه ويُقبِّلُ المِحجَنَ. 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الوصول إلى البيت الحرام والطواف والسعي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طواف الراكب والمحمول - كيفية الطواف</w:t>
      </w:r>
    </w:p>
    <w:p>
      <w:pPr>
        <w:bidi w:val="1"/>
        <w:jc w:val="start"/>
      </w:pPr>
      <w:r>
        <w:rPr>
          <w:rtl w:val="1"/>
        </w:rPr>
        <w:t>الشرح: الدلالة: طواف القدوم - أنواع الطواف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استقبال الحجر الأسود واستلامه وتقبيله - كيفية الطواف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