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الخيل-سنن النسائي — رقم الحديث: 3561 — الرقم الفرعي: 99 — الرقم الأصلي: 3561</w:t>
        <w:br/>
      </w:r>
      <w:r>
        <w:rPr>
          <w:rtl w:val="1"/>
        </w:rPr>
        <w:t xml:space="preserve"> أخبرنا أحمد بن عبد الواحد قال:حدثنا مروان ملاحظة وهو ابن محمد قال:حدثنا خالد بن يزيد بن صالح بن صُبيح المُرّيّ قال:حدثنا إبراهيم بن أبي عبلة عن الوليد بن عبد الرحمن الجُرشيّ عن جُبَيْر بن نُفَيْر عن سلمة بن نفيل الكِنديّ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جالسًا عندَ رسولِ الله ﷺ، فقال رجلٌ: يا رسولَ الله، أَذالَ الناسُ الخَيلَ، ووَضعوا السِّلاحَ، وقالوا: لا جهادَ، قد وَضعتِ الحربُ أَوزارَها.  </w:t>
      </w:r>
      <w:r>
        <w:rPr>
          <w:color w:val="FF0000"/>
          <w:rtl w:val="1"/>
        </w:rPr>
        <w:t xml:space="preserve">فأَقبلَ رسولُ الله ﷺ بوَجهِه، وقال: «كذَبوا، الآنَ الآنَ جاءَ القِتال،  </w:t>
      </w:r>
      <w:r>
        <w:rPr>
          <w:color w:val="FF0000"/>
          <w:rtl w:val="1"/>
        </w:rPr>
        <w:t xml:space="preserve">ولا يزالُ مِن أُمّتي أُمّةٌ يُقاتِلونَ على الحقِّ، ويُزيغُ اللهُ لهم قُلوبَ أَقوامٍ، ويَرزُقُهم منهم، حتى تقومَ السَّاعة، وحتى يأتِيَ وعدُ الله،  </w:t>
      </w:r>
      <w:r>
        <w:rPr>
          <w:color w:val="FF0000"/>
          <w:rtl w:val="1"/>
        </w:rPr>
        <w:t xml:space="preserve">والخَيلُ مَعقودٌ في نَواصِيها الخَيرُ إلى يومِ القِيامةِ،  </w:t>
      </w:r>
      <w:r>
        <w:rPr>
          <w:color w:val="FF0000"/>
          <w:rtl w:val="1"/>
        </w:rPr>
        <w:t xml:space="preserve">وهو يُوحَى إلَيَّ أنِّي مَقبوضٌ غيرُ مُلَبَّثٍ، وأَنتم تَتَّبِعوني أَفنادًا يَضرِبُ بعضُكم رِقابَ بعضٍ،  </w:t>
      </w:r>
      <w:r>
        <w:rPr>
          <w:color w:val="FF0000"/>
          <w:rtl w:val="1"/>
        </w:rPr>
        <w:t xml:space="preserve">وعُقْرُ دارِ المُؤمنينَ الشَّامُ».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ذم ترك الجهاد وعقوبته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ركوب الخيل - ممارسة الرياضة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