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ردّ السلام في الصلاة-كتاب الصلاة-سنن أبي داود — رقم الحديث: 925 — الرقم الفرعي: 99 — الرقم الأصلي: 925</w:t>
        <w:br/>
      </w:r>
      <w:r>
        <w:rPr>
          <w:rtl w:val="1"/>
        </w:rPr>
        <w:t xml:space="preserve"> حدثنا يزيد بن خالد بن موهب و قتيبة بن سعيد أنّ الليث حدثهم عن بكير عن نابل صاحب العبَاء عن ابن عمر عن صهيب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مَررتُ برَسولِ الله ﷺ وهو يُصلِّي، فسلَّمتُ عليه، فردَّ إشارةً، وقال: ولا أَعلَمُه إلّا قال: إشارةً بأُصبعِه.  </w:t>
      </w:r>
      <w:r>
        <w:rPr>
          <w:color w:val="000000"/>
          <w:rtl w:val="1"/>
        </w:rPr>
        <w:t xml:space="preserve">وهذا لفظُ حديث قتيبة.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