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فضل فاطمة رضي الله عنها-كتاب المناقب-سنن الترمذي — رقم الحديث: 3873 — الرقم الفرعي: 99 — الرقم الأصلي: 3873</w:t>
        <w:br/>
      </w:r>
      <w:r>
        <w:rPr>
          <w:rtl w:val="1"/>
        </w:rPr>
        <w:t xml:space="preserve"> حدثنا محمد بن بشار حدثنا محمد بن خالد بن عتمة قال:حدثني موسى بن يعقوب الزمعيّ عن  هاشم بن هاشم أنّ عبد الله بن وهب أخبره أن أمّ سلمة</w:t>
        <w:br/>
      </w:r>
      <w:r>
        <w:rPr>
          <w:color w:val="000000"/>
          <w:rtl w:val="1"/>
        </w:rPr>
        <w:t xml:space="preserve">أخبرته، </w:t>
      </w:r>
      <w:r>
        <w:rPr>
          <w:color w:val="FF0000"/>
          <w:rtl w:val="1"/>
        </w:rPr>
        <w:t xml:space="preserve">أنَّ رسولَ اللهِ ﷺ دَعا فاطِمةَ عامَ الفَتح، فناجَاها فبَكَت، ثم حَدَّثَها فضَحِكَت،  </w:t>
      </w:r>
      <w:r>
        <w:rPr>
          <w:color w:val="FF0000"/>
          <w:rtl w:val="1"/>
        </w:rPr>
        <w:t xml:space="preserve">قالت: فلمّا تُوفِّي رسولُ الله ﷺ، سألتُها عن بُكائِها وضَحِكِها؟  </w:t>
      </w:r>
      <w:r>
        <w:rPr>
          <w:color w:val="FF0000"/>
          <w:rtl w:val="1"/>
        </w:rPr>
        <w:t xml:space="preserve">قالت: أَخبَرني رسولُ الله ﷺ، أنَّه يَموتُ، فبَكَيتُ،  </w:t>
      </w:r>
      <w:r>
        <w:rPr>
          <w:color w:val="FF0000"/>
          <w:rtl w:val="1"/>
        </w:rPr>
        <w:t xml:space="preserve">ثمَّ أَخبَرني أَنِّي سَيِّدةُ نِساءِ أَهلِ الجَنّة، إلّا مَريمَ ابنةَ عِمرانَ، فضَحِكتُ.  </w:t>
      </w:r>
      <w:r>
        <w:rPr>
          <w:color w:val="000000"/>
          <w:rtl w:val="1"/>
        </w:rPr>
        <w:t xml:space="preserve">هذا حديثٌ حسنٌ غريبٌ من هذا الوجه.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نعيه صلى الله عليه وسلم نفسه - بين يدي المرض</w:t>
      </w:r>
    </w:p>
    <w:p>
      <w:pPr>
        <w:bidi w:val="1"/>
        <w:jc w:val="start"/>
      </w:pPr>
      <w:r>
        <w:rPr>
          <w:rtl w:val="1"/>
        </w:rPr>
        <w:t>الشرح: الدلالة: مناقب النساء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مناقب بنات النبي صلى الله عليه وسلم - مناقب النساء|</w:t>
      </w:r>
    </w:p>
    <w:p>
      <w:pPr>
        <w:bidi w:val="1"/>
        <w:jc w:val="start"/>
      </w:pPr>
      <w:r>
        <w:rPr>
          <w:rtl w:val="1"/>
        </w:rPr>
        <w:t>الشرح: الدلالة: ذكر أسماء بنات النبي صلى الله عليه وسلم - ذكر أسماء آل بيت النبي صلى الله عليه وسلم وذريته وأصهاره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الجغرافيا وعلوم البيئة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أفضل نساء الجنة - خامسًا: نعيم الجنة</w:t>
      </w:r>
    </w:p>
    <w:p>
      <w:pPr>
        <w:bidi w:val="1"/>
        <w:jc w:val="start"/>
      </w:pPr>
      <w:r>
        <w:rPr>
          <w:rtl w:val="1"/>
        </w:rPr>
        <w:t>الشرح: الدلالة: * الحسن والحسين وفاطمة - المبشرون بالجنة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