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 أيّ الدعاء أفضل-كتاب الدعوات-سنن الترمذي — رقم الحديث: 3514 — الرقم الفرعي: 99 — الرقم الأصلي: 3510</w:t>
        <w:br/>
      </w:r>
      <w:r>
        <w:rPr>
          <w:rtl w:val="1"/>
        </w:rPr>
        <w:t xml:space="preserve"> حدثنا أحمد بن مَنيع حدثنا عبيدة بن حميد عن يزيد عن أبي زياد عن عبد الله بن الحارث عن العباس بن عبد المطلب</w:t>
        <w:br/>
      </w:r>
      <w:r>
        <w:rPr>
          <w:color w:val="FF0000"/>
          <w:rtl w:val="1"/>
        </w:rPr>
        <w:t xml:space="preserve">قال: قلتُ: يا رَسولَ اللَّهِ عَلِّمني شَيئًا أَسأَلُه اللَّهَ عزَّ وجلَّ، قال:  </w:t>
      </w:r>
      <w:r>
        <w:rPr>
          <w:color w:val="FF0000"/>
          <w:rtl w:val="1"/>
        </w:rPr>
        <w:t xml:space="preserve">«سَلِ اللَّهَ العافِيةَ»،  </w:t>
      </w:r>
      <w:r>
        <w:rPr>
          <w:color w:val="000000"/>
          <w:rtl w:val="1"/>
        </w:rPr>
        <w:t xml:space="preserve">فمَكَثتُ أَيَّامًا ثمَّ جِئتُ فقلت: يا رَسولَ اللَّهِ عَلِّمني شَيئًا أَسأَلُه اللَّهَ، فقال لي:  </w:t>
      </w:r>
      <w:r>
        <w:rPr>
          <w:color w:val="FF0000"/>
          <w:rtl w:val="1"/>
        </w:rPr>
        <w:t xml:space="preserve">«يا عَبَّاسُ يا عَمَّ رَسولِ اللَّهِ، سَلِ اللَّهَ، العافِيَةَ في الدُّنيا والآخِرَةِ».  </w:t>
      </w:r>
      <w:r>
        <w:rPr>
          <w:color w:val="000000"/>
          <w:rtl w:val="1"/>
        </w:rPr>
        <w:t xml:space="preserve">هٰذا حَديثٌ صَحيحٌ، وعَبدُ اللَّهِ بنُ الحارِثِ بنِ نَوفَلٍ قَد سَمِعَ مِن العَبَّاسِ بنِ عَبدِ المُطَّلِبِ.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الدعاء والذكر - صحة الإنسان الوقائية النفسية والعقلية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أحب الدعاء إلى الله - فضل أدعية مخصوصة</w:t>
      </w:r>
    </w:p>
    <w:p>
      <w:pPr>
        <w:bidi w:val="1"/>
        <w:jc w:val="start"/>
      </w:pPr>
      <w:r>
        <w:rPr>
          <w:rtl w:val="1"/>
        </w:rPr>
        <w:t>الشرح: الدلالة: سؤال العفو والعافية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