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23516 — الرقم الفرعي: 99 — الرقم الأصلي: 23516</w:t>
        <w:br/>
      </w:r>
      <w:r>
        <w:rPr>
          <w:rtl w:val="1"/>
        </w:rPr>
        <w:t xml:space="preserve"> حدثنا أبو جعفر المدائنيّ أنا عبّاد بن العوّام عن سعيد بن إياس عن أبي الورد عن أبي محمد الحضرميّ عن أبي أيوب الأنصاريّ</w:t>
        <w:br/>
      </w:r>
      <w:r>
        <w:rPr>
          <w:color w:val="000000"/>
          <w:rtl w:val="1"/>
        </w:rPr>
        <w:t xml:space="preserve">قال: لما قدمَ رسولُ الله ﷺ المدينةَ نَزَل عليَّ، فقال لي: «يا أبا أَيوب، أَلَا أُعلِّمُك؟» </w:t>
      </w:r>
      <w:r>
        <w:rPr>
          <w:color w:val="FF0000"/>
          <w:rtl w:val="1"/>
        </w:rPr>
        <w:t xml:space="preserve">قال: قلتُ: بلى يا رسولَ الله. قال: «ما مِن عَبدٍ يقولُ حينَ يُصبحُ: لا إلٰه إلّا الله وَحدَه لا شَريكَ له، له المُلكُ وله الحَمد، إلَّا كَتبَ الله له بها عَشرَ حَسَنات، ومَحَا عنه عَشرَ سَيئات، وإلّا كُنَّ له عند الله عَدلَ عَشر رقاب مُحرَّرِين، وإلَّا كان في جُنَّةٍ مِن الشيطانِ حتّى يُمسِي، ولا قالَها حينَ يُمسي إلّا كذٰلك».  </w:t>
      </w:r>
      <w:r>
        <w:rPr>
          <w:color w:val="000000"/>
          <w:rtl w:val="1"/>
        </w:rPr>
        <w:t xml:space="preserve">قال: فقلتُ لِأَبي مُحمّد: أنتَ سمعتَها مِن أَبي أَيوب؟ قال: آللهِ لَسمعتَه مِن أَبي أَيوب يُحدِّثُه عَن رسولِ الله ﷺ. </w:t>
      </w:r>
      <w:r>
        <w:rPr>
          <w:color w:val="000000"/>
          <w:rtl w:val="1"/>
        </w:rPr>
        <w:t xml:space="preserve"> </w:t>
      </w:r>
    </w:p>
    <w:p>
      <w:pPr>
        <w:bidi w:val="1"/>
        <w:jc w:val="start"/>
      </w:pPr>
      <w:r>
        <w:rPr>
          <w:rtl w:val="1"/>
        </w:rPr>
        <w:t>درجة الحديث: حديث صحيح</w:t>
      </w:r>
    </w:p>
    <w:p>
      <w:pPr>
        <w:bidi w:val="1"/>
        <w:jc w:val="start"/>
      </w:pPr>
      <w:r>
        <w:rPr>
          <w:rtl w:val="1"/>
        </w:rPr>
        <w:t>الشرح: الدلالة: الذكر والدعاء في الصباح والمساء - الذكر والدعاء لأزمنة معينة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