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قال الله تعالىإنّ الشرك لظلمٌ عظيم-استتابة المرتدّ-صحيح البخاري — رقم الحديث: 6921 — الرقم الفرعي: 99 — الرقم الأصلي: 6921</w:t>
        <w:br/>
      </w:r>
      <w:r>
        <w:rPr>
          <w:rtl w:val="1"/>
        </w:rPr>
        <w:t xml:space="preserve"> حدثنا خلاّد بن يحيى حدثنا سفيان عن منصور و الأعمش عن أبي وائل عن ابن مسعود رضي الله عنه</w:t>
        <w:br/>
      </w:r>
      <w:r>
        <w:rPr>
          <w:color w:val="000000"/>
          <w:rtl w:val="1"/>
        </w:rPr>
        <w:t xml:space="preserve">قال: قال رجلٌ: يا رسولَ الله، أ نُؤاخَذُ بما عَمِلْنا في الجاهليَّةِ؟  </w:t>
      </w:r>
      <w:r>
        <w:rPr>
          <w:color w:val="FF0000"/>
          <w:rtl w:val="1"/>
        </w:rPr>
        <w:t xml:space="preserve">قال: «مَن أحسَنَ في الإسلامِ لم يُؤاخَذْ بما عَمِلَ في الجاهليَّةِ، ومَن أساءَ في الإسلامِ أُخِذَ بالأوَّلِ والآخرِ».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