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أحبّ إلى الله تعالى المداومة على العلم وإن قلّ-كتاب الأدب-سنن الترمذي — رقم الحديث: 2856 — الرقم الفرعي: 1 — الرقم الأصلي: 2860</w:t>
        <w:br/>
      </w:r>
      <w:r>
        <w:rPr>
          <w:rtl w:val="1"/>
        </w:rPr>
        <w:t xml:space="preserve"> حدثنا أبو هشام الرفاعيّ حدثنا ابن فضيل عن الأعمش عن أبي صالح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سُئِلَت عائشةُ وأُمُّ سلمة: أَيُّ العمَلِ كانَ أَحبَّ إلى رسولِ الله ﷺ ؟ قالتا: ما دِيمَ عليه وإن قلَّ.  </w:t>
      </w:r>
      <w:r>
        <w:rPr>
          <w:color w:val="000000"/>
          <w:rtl w:val="1"/>
        </w:rPr>
        <w:t xml:space="preserve">هذا حديثٌ حسنٌ صحيحٌ غريبٌ من هذا الوجه.  </w:t>
      </w:r>
      <w:r>
        <w:rPr>
          <w:color w:val="000000"/>
          <w:rtl w:val="1"/>
        </w:rPr>
        <w:t xml:space="preserve">وقد رُويَ عن هشامِ بن عُروة، عن أَبيه، عن عائشةَ، قالت: كان أحبُّ العمَلِ إلى رسول الله ﷺ ما دِيم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همته ﷺ في مداومته على العبادة - هِمَّةُ النبيِّ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