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التخفيف فيها-كتاب الصلاة-سنن أبي داود — رقم الحديث: 815 — الرقم الفرعي: 99 — الرقم الأصلي: 815</w:t>
        <w:br/>
      </w:r>
      <w:r>
        <w:rPr>
          <w:rtl w:val="1"/>
        </w:rPr>
        <w:t xml:space="preserve"> حدثنا عبيدالله بن معاذ ثنا أبي ثنا قُرّة عن النزال بن عمّار عن أبي عثمان النهديّ</w:t>
        <w:br/>
      </w:r>
      <w:r>
        <w:rPr>
          <w:color w:val="FF0000"/>
          <w:rtl w:val="1"/>
        </w:rPr>
        <w:t xml:space="preserve">أنّه صلَّى خلْفَ ابنِ مَسعودٍ المَغربَ، فقَرَأ بـ ﴿قُلْ هُوَ اللَّهُ أَحَدٌ﴾.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