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تحريم الخمر-كتاب الأشربة-سنن أبي داود — رقم الحديث: 3670 — الرقم الفرعي: 99 — الرقم الأصلي: 3670</w:t>
        <w:br/>
      </w:r>
      <w:r>
        <w:rPr>
          <w:rtl w:val="1"/>
        </w:rPr>
        <w:t xml:space="preserve"> حدثنا عباد بن موسى الخُتَّلِيّ أخبرنا إسماعيل ملاحظة يعني ابن جعفر عن إسرائيل عن أبي إسحاق عن عمرو عن عمر بن الخطاب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نزلَ تحريمُ الخمر، قال عمر: اللَّهُمَّ بيِّن لنا في الخمرِ بيانًا شِفاءً،  </w:t>
      </w:r>
      <w:r>
        <w:rPr>
          <w:color w:val="000000"/>
          <w:rtl w:val="1"/>
        </w:rPr>
        <w:t xml:space="preserve">فنزَلت الآيةُ التي في البَقَرة: ﴿يَسْأَلُونَكَ عَنِ الْخَمْرِ وَالْمَيْسِرِ قُلْ فِيهِمَا إِثْمٌ كَبِيرٌ﴾ الآية [البقرة:219]،  </w:t>
      </w:r>
      <w:r>
        <w:rPr>
          <w:color w:val="000000"/>
          <w:rtl w:val="1"/>
        </w:rPr>
        <w:t xml:space="preserve">قال: فدُعِيَ عُمرُ، فقُرِئَتْ عليه، قال: اللَّهُمَّ بيِّن لنا في الخمرِ بيانًا شفاءً،  </w:t>
      </w:r>
      <w:r>
        <w:rPr>
          <w:color w:val="000000"/>
          <w:rtl w:val="1"/>
        </w:rPr>
        <w:t xml:space="preserve">فنزَلَت الآيةُ التي في النِّساء: ﴿يَا أَيُّهَا الَّذِينَ آمَنُوا لَا تَقْرَبُوا الصَّلَاةَ وَأَنْتُمْ سُكَارَى﴾ [النساء:43]،  </w:t>
      </w:r>
      <w:r>
        <w:rPr>
          <w:color w:val="000000"/>
          <w:rtl w:val="1"/>
        </w:rPr>
        <w:t xml:space="preserve">فكان مُنادي رسولِ الله ﷺ إذا أقيمت الصلاةُ نادى: ألا لا يقربنَّ الصَّلاةَ سكرانُ،  </w:t>
      </w:r>
      <w:r>
        <w:rPr>
          <w:color w:val="000000"/>
          <w:rtl w:val="1"/>
        </w:rPr>
        <w:t xml:space="preserve">فدُعِيَ عُمرُ فقُرئَت عليه، فقال: اللَّهُمَّ بيِّن لنا في الخمرِ بيانًا شفاء،  </w:t>
      </w:r>
      <w:r>
        <w:rPr>
          <w:color w:val="FF0000"/>
          <w:rtl w:val="1"/>
        </w:rPr>
        <w:t xml:space="preserve">فنزلَتْ هذه الآية: ﴿فَهَلْ أَنْتُمْ مُنْتَهُونَ﴾ [المائدة:91]، قال عمر: انتَهَينا.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الديني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الآيات الناسخةوالمنسوخة(انظر ما ورد في الناسخ والمنسوخ بترتيب المصحف) - الناسخ والمنسوخ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نسخ الحكم دون التلاوة - أنواع النسخ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