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التعبير-صحيح البخاري — رقم الحديث: 6989 — الرقم الفرعي: 99 — الرقم الأصلي: 6989</w:t>
        <w:br/>
      </w:r>
      <w:r>
        <w:rPr>
          <w:rtl w:val="1"/>
        </w:rPr>
        <w:t xml:space="preserve"> حدثني إبراهيم بن حمزة حدثني ابن أبي حازم و الدّراورديّ عن يزيد عن عبد الله بن خبّاب عن أبي سعيد الخُدريّ أنه سمع رسول الله صلى الله عليه وسلم</w:t>
        <w:br/>
      </w:r>
      <w:r>
        <w:rPr>
          <w:color w:val="FF0000"/>
          <w:rtl w:val="1"/>
        </w:rPr>
        <w:t xml:space="preserve">يقولُ: «الرُّؤْيا الصّالحةُ جُزْءٌ من ستّةٍ وأربعينَ جُزْءاً منَ النُّبوَّةِ».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الرؤيا الصالحة جزء من النبوة - علاقة الرؤيا بالنبوة</w:t>
      </w:r>
    </w:p>
    <w:p>
      <w:pPr>
        <w:bidi w:val="1"/>
        <w:jc w:val="start"/>
      </w:pPr>
      <w:r>
        <w:rPr>
          <w:rtl w:val="1"/>
        </w:rPr>
        <w:t>الشرح: الدلالة: الرؤيا الصالحة من الله - أنواع الرؤيا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