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الدبّاء-كتاب الأطعمة-سنن ابن ماجة — رقم الحديث: 3304 — الرقم الفرعي: 99 — الرقم الأصلي: 3304</w:t>
        <w:br/>
      </w:r>
      <w:r>
        <w:rPr>
          <w:rtl w:val="1"/>
        </w:rPr>
        <w:t xml:space="preserve"> حدثنا أبو بكر بن أبي شيبة ثنا وكيع عن إسماعيل بن أبي خالد عن حكيم بن جابر عن أبيه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دخلتُ على النّبيِّ ﷺ في بيتِه، وعِندَه هذه الدُّبَّاء. فقلتُ: أيُّ شيءٍ هذا؟  </w:t>
      </w:r>
      <w:r>
        <w:rPr>
          <w:color w:val="FF0000"/>
          <w:rtl w:val="1"/>
        </w:rPr>
        <w:t xml:space="preserve">قال: «هذا القَرْعُ، هو الدُّبّاء، نُكثِّر به طعامَنا».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محبته ﷺ للقرع وتكثير طعامه به - طعامه ﷺ </w:t>
      </w:r>
    </w:p>
    <w:p>
      <w:pPr>
        <w:bidi w:val="1"/>
        <w:jc w:val="start"/>
      </w:pPr>
      <w:r>
        <w:rPr>
          <w:rtl w:val="1"/>
        </w:rPr>
        <w:t>الشرح: الدلالة: القرع والدبّاء (اليقطين) - الخضروات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