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تفسير الجائحة-أول كتاب البيوع-سنن أبي داود — رقم الحديث: 3471 — الرقم الفرعي: 99 — الرقم الأصلي: 3471</w:t>
        <w:br/>
      </w:r>
      <w:r>
        <w:rPr>
          <w:rtl w:val="1"/>
        </w:rPr>
        <w:t xml:space="preserve"> حدثنا سليمان بن داود المهريّ أخبرنا ابن وهب أخبرني عثمان بن الحكم عن ابن جريج عن عطاء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الجوائح كلُّ ظاهرٍ مفسدٍ، من مطرٍ، أو بردٍ، أو جَرادٍ، أو رِيحٍ، أو حَرِيق.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