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وسلم،للأنصار:اصبروا-كتاب المناقب-صحيح البخاري — رقم الحديث: 3793 — الرقم الفرعي: 99 — الرقم الأصلي: 3793</w:t>
        <w:br/>
      </w:r>
      <w:r>
        <w:rPr>
          <w:rtl w:val="1"/>
        </w:rPr>
        <w:t xml:space="preserve"> حدثني محمد بن بشار حدثنا غُنْدَر حدثنا شُعبة عن هشام قال:سمعت أنس بن مالك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قال النبيُّ ﷺ للأنصارِ: «إنَّكم سَتَلْقَوْنَ بَعْدي أُثرةً، فاصْبِروا حتَّى تَلْقَوْني، ومَوْعِدُكُم الحوضُ». 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