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يصح سماع الصغير-كتاب العلم-صحيح البخاري — رقم الحديث: 77 — الرقم الفرعي: 99 — الرقم الأصلي: 77</w:t>
        <w:br/>
      </w:r>
      <w:r>
        <w:rPr>
          <w:rtl w:val="1"/>
        </w:rPr>
        <w:t xml:space="preserve"> حدثني محمد بن يوسف قال:حدثنا أبو مسهر قال:حدثني محمد بن حرب حدثني الزبيديّ عن الزهريّ عن محمود بن الربيع</w:t>
        <w:br/>
      </w:r>
      <w:r>
        <w:rPr>
          <w:color w:val="FF0000"/>
          <w:rtl w:val="1"/>
        </w:rPr>
        <w:t xml:space="preserve">قال: عَقَلْتُ منَ النبيِّ ﷺ مَجّةً مَجَّها في وَجْهي وأنا ابنُ خمسِ سِنينَ مِن دَلْوٍ. 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سوء الظن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التشهير و القذف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إستغلال المجالس</w:t>
      </w:r>
    </w:p>
    <w:p>
      <w:pPr>
        <w:bidi w:val="1"/>
        <w:jc w:val="start"/>
      </w:pPr>
      <w:r>
        <w:rPr>
          <w:rtl w:val="1"/>
        </w:rPr>
        <w:t>الشرح: الدلالة: تربية الجمهور على الإيمان وتحصينه ضد الشائعات</w:t>
      </w:r>
    </w:p>
    <w:p>
      <w:pPr>
        <w:bidi w:val="1"/>
        <w:jc w:val="start"/>
      </w:pPr>
      <w:r>
        <w:rPr>
          <w:rtl w:val="1"/>
        </w:rPr>
        <w:t>الشرح: الدلالة: السرعة في تقديم الحقائق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إشاعة الحقد والكراهية</w:t>
      </w:r>
    </w:p>
    <w:p>
      <w:pPr>
        <w:bidi w:val="1"/>
        <w:jc w:val="start"/>
      </w:pPr>
      <w:r>
        <w:rPr>
          <w:rtl w:val="1"/>
        </w:rPr>
        <w:t>الشرح: الدلالة: أهلية تحمل الحديث - تحمل الحديث وأداؤه وضبطه</w:t>
      </w:r>
    </w:p>
    <w:p>
      <w:pPr>
        <w:bidi w:val="1"/>
        <w:jc w:val="start"/>
      </w:pPr>
      <w:r>
        <w:rPr>
          <w:rtl w:val="1"/>
        </w:rPr>
        <w:t>الشرح: الدلالة: سؤر الإنسان والحيوانات الطاهرة - الماء الطاهر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الصغار - مزاحه ﷺ </w:t>
      </w:r>
    </w:p>
    <w:p>
      <w:pPr>
        <w:bidi w:val="1"/>
        <w:jc w:val="start"/>
      </w:pPr>
      <w:r>
        <w:rPr>
          <w:rtl w:val="1"/>
        </w:rPr>
        <w:t xml:space="preserve">الشرح: الدلالة: بركة ريقه ومجِّه ﷺ - بركة آثار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