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اعترف على نفسه بالزنى-كتاب الحدود-صحيح مسلم — رقم الحديث: 1692 — الرقم الفرعي: 1 — الرقم الأصلي: 1692</w:t>
        <w:br/>
      </w:r>
      <w:r>
        <w:rPr>
          <w:rtl w:val="1"/>
        </w:rPr>
        <w:t xml:space="preserve"> وحدثني أبو كامل،فُضَيل بن حسين الجَحْدَريّ حدثنا أبو عَوانة عن سِمَاك بن حرب عن جابر بن سَمُرَة</w:t>
        <w:br/>
      </w:r>
      <w:r>
        <w:rPr>
          <w:color w:val="000000"/>
          <w:rtl w:val="1"/>
        </w:rPr>
        <w:t xml:space="preserve">قَالَ: رَأَيْتُ مَاعِزَ بْنَ مَالِكٍ حِينَ جِيءَ بِهِ إِلَى النَّبِيِّ ﷺ.  </w:t>
      </w:r>
      <w:r>
        <w:rPr>
          <w:color w:val="000000"/>
          <w:rtl w:val="1"/>
        </w:rPr>
        <w:t xml:space="preserve">رِجْلَ قَصِيرٌ أَعْضَلُ. لَيْسَ عَلَيْهِ رِدَاءٌ.  </w:t>
      </w:r>
      <w:r>
        <w:rPr>
          <w:color w:val="FF0000"/>
          <w:rtl w:val="1"/>
        </w:rPr>
        <w:t xml:space="preserve">فَشَهِدَ عَلَى نَفْسِهِ أَرْبَعَ مَرَّاتٍ أَنَّهُ زَنَى.  </w:t>
      </w:r>
      <w:r>
        <w:rPr>
          <w:color w:val="FF0000"/>
          <w:rtl w:val="1"/>
        </w:rPr>
        <w:t xml:space="preserve">فَقَالَ رَسُولُ اللَّهِ ﷺ (فَلَعَلَّكَ؟) قَالَ: لَا. وَاللَّهِ! إِنَّهُ قَدْ زَنَى الْأَخِرُ.  </w:t>
      </w:r>
      <w:r>
        <w:rPr>
          <w:color w:val="000000"/>
          <w:rtl w:val="1"/>
        </w:rPr>
        <w:t xml:space="preserve">قَالَ: فَرَجَمَهُ.  </w:t>
      </w:r>
      <w:r>
        <w:rPr>
          <w:color w:val="000000"/>
          <w:rtl w:val="1"/>
        </w:rPr>
        <w:t xml:space="preserve">ثُمَّ خَطَبَ فَقَالَ: «أَلَا كُلَّمَا نَفَرْنَا غَازِينَ فِي سَبِيلِ اللَّهِ، خَلَفَ أَحَدُهُمْ لَهُ نَبِيبٌ كَنَبِيبِ التَّيْسِ، يَمْنَحُ أَحَدُهُمُ الْكُثْبَةَ.  </w:t>
      </w:r>
      <w:r>
        <w:rPr>
          <w:color w:val="000000"/>
          <w:rtl w:val="1"/>
        </w:rPr>
        <w:t xml:space="preserve">أَمَا وَاللَّهِ! إِنْ يمكني من أحدهم لأُنَكِّلَنَّه عنه».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درء الحدود بالشبهات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شروط الزنا وأركانه - حد الزنا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ثبوت جريمة الزنا بالإقرار - ثبوت جريمة الزنا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تنفيذ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