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التشهد-كتاب الصلاة-سنن أبي داود — رقم الحديث: 975 — الرقم الفرعي: 99 — الرقم الأصلي: 975</w:t>
        <w:br/>
      </w:r>
      <w:r>
        <w:rPr>
          <w:rtl w:val="1"/>
        </w:rPr>
        <w:t xml:space="preserve"> حدثنا محمد بن داود بن سفيان ثنا يحيى بن حسّان ثنا سليمان بن موسى أبو داود ثنا جعفر بن سعد بن سَمُرة بن جندب حدثني خبيب بن سليمان بن سَمُرة عن أبيه سليمان بن سَمُرة عن سَمُرة بن جندب</w:t>
        <w:br/>
      </w:r>
      <w:r>
        <w:rPr>
          <w:color w:val="000000"/>
          <w:rtl w:val="1"/>
        </w:rPr>
        <w:t xml:space="preserve">أما بعدُ، أمَرَنا رسولُ الله ﷺ إذا كان في وَسَط الصلاة أو حين انقِضائِها: «فابدَؤوا قبلَ التَّسليم فقولوا:  </w:t>
      </w:r>
      <w:r>
        <w:rPr>
          <w:color w:val="FF0000"/>
          <w:rtl w:val="1"/>
        </w:rPr>
        <w:t xml:space="preserve">التحيَّاتُ الطيّباتُ والصلواتُ والملكُ لله،  </w:t>
      </w:r>
      <w:r>
        <w:rPr>
          <w:color w:val="000000"/>
          <w:rtl w:val="1"/>
        </w:rPr>
        <w:t xml:space="preserve">ثم سَلّموا على اليمين، ثم سَلّموا على قارئكم، وعلى أنفسِكم». </w:t>
      </w:r>
      <w:r>
        <w:rPr>
          <w:color w:val="000000"/>
          <w:rtl w:val="1"/>
        </w:rPr>
        <w:t xml:space="preserve">قال أبو داود: سليمان بن موسى كوفي الأصل كان بدمشق. ودلّت هذه الصَحيفة أن الحسن سمع من سَمُرة. </w:t>
      </w:r>
    </w:p>
    <w:p>
      <w:pPr>
        <w:bidi w:val="1"/>
        <w:jc w:val="start"/>
      </w:pPr>
      <w:r>
        <w:rPr>
          <w:rtl w:val="1"/>
        </w:rPr>
        <w:t xml:space="preserve">درجة الحديث: إسناده ضعيف  / إسناده ضعيف </w:t>
      </w:r>
    </w:p>
    <w:p>
      <w:pPr>
        <w:bidi w:val="1"/>
        <w:jc w:val="start"/>
      </w:pPr>
      <w:r>
        <w:rPr>
          <w:rtl w:val="1"/>
        </w:rPr>
        <w:t>الشرح: الدلالة: ألفاظ التشهد - الجلوس والتشهد</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التشهد في الصلاة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