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رسول الله خاتم النبيّين-كتاب المناقب-سنن الترمذي — رقم الحديث: 3612 — الرقم الفرعي: 99 — الرقم الأصلي: 3617</w:t>
        <w:br/>
      </w:r>
      <w:r>
        <w:rPr>
          <w:rtl w:val="1"/>
        </w:rPr>
        <w:t xml:space="preserve"> حدثنا محمد بن بشار حدثنا أبو عاصم حدثنا سفيان ملاحظة وهو الثوريّ عن ليث ملاحظة وهو ابن أبي سُليم قال:حدثني كعب حدثني أبو هريرة</w:t>
        <w:br/>
      </w:r>
      <w:r>
        <w:rPr>
          <w:color w:val="FF0000"/>
          <w:rtl w:val="1"/>
        </w:rPr>
        <w:t xml:space="preserve">«سَلُوا اللهَ لِي الوَسِيلةَ»،  </w:t>
      </w:r>
      <w:r>
        <w:rPr>
          <w:color w:val="FF0000"/>
          <w:rtl w:val="1"/>
        </w:rPr>
        <w:t xml:space="preserve">قالوا: يا رسولَ الله، وما الوَسِيلة؟ قال: «أَعلَى دَرَجةٍ في الجَنَّة، لا يَنَالُها إلّا رجلٌ واحدٌ، أَرجو أَن أَكونَ أنا هو».  </w:t>
      </w:r>
      <w:r>
        <w:rPr>
          <w:color w:val="000000"/>
          <w:rtl w:val="1"/>
        </w:rPr>
        <w:t xml:space="preserve">هذا حديث غريب.  </w:t>
      </w:r>
      <w:r>
        <w:rPr>
          <w:color w:val="000000"/>
          <w:rtl w:val="1"/>
        </w:rPr>
        <w:t xml:space="preserve">وإسنادُه ليس بالقويّ. وكعبٌ ليس هو بمَعروف، ولا نعلمُ أحدًا رَوى عنه غيرَ ليثِ بن أبي سُليم.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* الوسيلة منزلة عَلِيّة في الجنة - درجات الجنة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على سائر الانبياء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