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بقية من أحاديث الدجال-كتاب الفتن وأشراط الساعة-صحيح مسلم — رقم الحديث: 2945 — الرقم الفرعي: 1 — الرقم الأصلي: 2945</w:t>
        <w:br/>
      </w:r>
      <w:r>
        <w:rPr>
          <w:rtl w:val="1"/>
        </w:rPr>
        <w:t xml:space="preserve"> حدثني هارون بن عبد الله حدثنا حجّاج بن محمد قال:قال ابن جُرَيْج حدثني أبو الزبير أنه سمع جابر بن عبد الله يقول:أخبرتني أمّ شَرِيك أنها سمعت النبيّ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«لَيَفِرَّنّ النّاسُ من الدَّجّال في الجِبال»  </w:t>
      </w:r>
      <w:r>
        <w:rPr>
          <w:color w:val="000000"/>
          <w:rtl w:val="1"/>
        </w:rPr>
        <w:t xml:space="preserve">قالت أم شَريك: يا رسولَ الله، فأَينَ العَربُ يومَئذ؟ قال: «هم قليل». 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العرب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