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إثم مَن لا يفي بالنذر-كتاب الأيمان-صحيح البخاري — رقم الحديث: 6696 — الرقم الفرعي: 99 — الرقم الأصلي: 6696</w:t>
        <w:br/>
      </w:r>
      <w:r>
        <w:rPr>
          <w:rtl w:val="1"/>
        </w:rPr>
        <w:t xml:space="preserve"> حدثنا أبو نعيم حدثنا مالك عن طلحة بن عبد الملك عن القاسم عن عائشة رضي الله عنها عن النبيّ صلى الله عليه وسلم</w:t>
        <w:br/>
      </w:r>
      <w:r>
        <w:rPr>
          <w:color w:val="FF0000"/>
          <w:rtl w:val="1"/>
        </w:rPr>
        <w:t xml:space="preserve">قال: «مَن نَذَرَ أنْ يُطِيعَ الله فلْيُطِعْه، ومَن نَذَرَ أنْ يَعْصِيَه فلا يَعْصِه».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مشروعية النذر والوفاء به - النذور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نذر المعصية - أقسام النذر</w:t>
      </w:r>
    </w:p>
    <w:p>
      <w:pPr>
        <w:bidi w:val="1"/>
        <w:jc w:val="start"/>
      </w:pPr>
      <w:r>
        <w:rPr>
          <w:rtl w:val="1"/>
        </w:rPr>
        <w:t>الشرح: الدلالة: نذر التبرر - أقسام النذر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