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يُستحلَغف-كتاب الشهادات-صحيح البخاري — رقم الحديث: 2679 — الرقم الفرعي: 99 — الرقم الأصلي: 2679</w:t>
        <w:br/>
      </w:r>
      <w:r>
        <w:rPr>
          <w:rtl w:val="1"/>
        </w:rPr>
        <w:t xml:space="preserve"> حدثنا موسى بن إسماعيل حدثنا جويريّة قال:ذكر نافع عن عبد الله رضي الله عنه أنّ النبيّ صلى الله عليه وسلم</w:t>
        <w:br/>
      </w:r>
      <w:r>
        <w:rPr>
          <w:color w:val="FF0000"/>
          <w:rtl w:val="1"/>
        </w:rPr>
        <w:t xml:space="preserve">قال: «مَن كان حالفاَ، فلْيَحلِف بِالله، أَو لِيَصمِت».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أدلة توحيد الألوهية - توحيد الألوهية -وحدانية الله تعالى-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الضوابط الايمانية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الامر بالمعروف والنهي عن المنكر (يحال إلى الدعوة والإعلام والاتصال)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التقدم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التكيف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الديني (الدعوي ) - عوامل التغير الاجتماعي -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الاستماع ( الإخبار والإعلام ونشر الدعوة )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الاهتمام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التقييم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التبني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التكيف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عدنان وكنانة وقريش - ما ورد في القبائل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أسلوب التعميم و التخصيص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