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1371 — الرقم الفرعي: 99 — الرقم الأصلي: 1371 — ج: 1 — ص: 159</w:t>
        <w:br/>
      </w:r>
      <w:r>
        <w:rPr>
          <w:rtl w:val="1"/>
        </w:rPr>
        <w:t xml:space="preserve"> حدثنا عفّان حدثنا أبو عوانة عن عثمان بن المغيرة عن أبي صادق عن ربيعة بن ناجذ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جمع رسولُ الله ﷺ - أو دعا رسولُ الله ﷺ - بني عبد المطّلب، فيهم رهطٌ كلُّهم يأكلُ الجَذَعَةَ، ويَشربُ الفَرَق،  </w:t>
      </w:r>
      <w:r>
        <w:rPr>
          <w:color w:val="FF0000"/>
          <w:rtl w:val="1"/>
        </w:rPr>
        <w:t xml:space="preserve">قال: فصنع لهم مُدًّا مِن طعامٍ، فأكلوا حتَّى شَبِعُوا، قال: وبقي الطعامُ كما هو، كأنّه لم يُمَسَّ،  </w:t>
      </w:r>
      <w:r>
        <w:rPr>
          <w:color w:val="FF0000"/>
          <w:rtl w:val="1"/>
        </w:rPr>
        <w:t xml:space="preserve">ثمّ دعا بغُمَرٍ، فشربوا حتَّى رَوُوا، وبقي الشرابُ كأنَّه لم يُمَسَّ، أو لم يُشرب،  </w:t>
      </w:r>
      <w:r>
        <w:rPr>
          <w:color w:val="000000"/>
          <w:rtl w:val="1"/>
        </w:rPr>
        <w:t xml:space="preserve">فقال: «يا بَني عبدِ المطَّلب، إنّي بُعثتُ لكم خاصةً وإلى الناس بعامَّةٍ،  </w:t>
      </w:r>
      <w:r>
        <w:rPr>
          <w:color w:val="000000"/>
          <w:rtl w:val="1"/>
        </w:rPr>
        <w:t xml:space="preserve">وقد رأيتم من هذه الآيةِ ما رَأَيتُم، فأيُّكم يُبايِعُنِي على أنْ يكون أخي وصاحبي؟»  </w:t>
      </w:r>
      <w:r>
        <w:rPr>
          <w:color w:val="000000"/>
          <w:rtl w:val="1"/>
        </w:rPr>
        <w:t xml:space="preserve">قال: فلم يقم إليه أحدٌ،  </w:t>
      </w:r>
      <w:r>
        <w:rPr>
          <w:color w:val="000000"/>
          <w:rtl w:val="1"/>
        </w:rPr>
        <w:t xml:space="preserve">قال: فقمتُ إليه، وكنت أصغرَ القَوم، قال: فقال: «اجلِس» قال ثلاثَ مَرَّاتٍ، كلَّ ذلك أقومُ إليه، فيقول لي: «اجلس»  </w:t>
      </w:r>
      <w:r>
        <w:rPr>
          <w:color w:val="000000"/>
          <w:rtl w:val="1"/>
        </w:rPr>
        <w:t xml:space="preserve">حتَّى كان في الثالثة، ضربَ بيَدِه على يدي.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إظهاره ﷺ بعضًا من معجزاته الدالة على نبوته - معاملة النبي ﷺ للكفار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