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قتل عبده أو مَثّل به،أيقاد منه؟-كتاب الديات-سنن أبي داود — رقم الحديث: 4515 — الرقم الفرعي: 99 — الرقم الأصلي: 4515</w:t>
        <w:br/>
      </w:r>
      <w:r>
        <w:rPr>
          <w:rtl w:val="1"/>
        </w:rPr>
        <w:t xml:space="preserve"> حدثنا عليّ بن الجعد ثنا شعبة ح وثنا موسى بن إسماعيل ثنا حماد عن قتادة عن الحسن عن سمرة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قتلَ عبدَهُ قتلنَاهُ، ومَن جَدَعَ عبدَهُ جَدَعناه».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قيمة النهي عن تعذيب الإنسان، أو التمثيل به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