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703 — الرقم الفرعي: 99 — الرقم الأصلي: 703 — ج: 1 — ص: 91</w:t>
        <w:br/>
      </w:r>
      <w:r>
        <w:rPr>
          <w:rtl w:val="1"/>
        </w:rPr>
        <w:t xml:space="preserve"> قال: قال عبد الله بن أحمد حدثني عليّ بن حكيم الأوديّ أنبأنا شريك عن عثمان بن أبي زُرعة عن زيد بن وهب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قدِمَ عليٌّ على قومٍ من أَهلِ البَصرةِ مِن الخَوارج، فيهم رجلٌ يقالُ له: الجَعدُ بنُ بَعْجةَ، فقال له: اتَّقِ اللهَ يا عليّ، فإنكَ ميِّت، فقالَ عليٌّ: بل مَقتُول؛ ضَربةٌ على هذا تَخضِبُ هذه - يعني لِحيتَه مِن رأسِه - عهدٌ مَعهود، وقضاءٌ مَقْضيّ، وقد خابَ مَن افتَرى.  </w:t>
      </w:r>
      <w:r>
        <w:rPr>
          <w:color w:val="000000"/>
          <w:rtl w:val="1"/>
        </w:rPr>
        <w:t xml:space="preserve">وعاتَبَه في لِباسِه، فقال: ما لكُم وللَّباس، هو أَبعدُ من الكِبْر، وأَجدرُ أن يَقتدي بي المُسلم.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