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عائشة رضي الله عنها-كتاب المناقب-صحيح البخاري — رقم الحديث: 3770 — الرقم الفرعي: 99 — الرقم الأصلي: 3770</w:t>
        <w:br/>
      </w:r>
      <w:r>
        <w:rPr>
          <w:rtl w:val="1"/>
        </w:rPr>
        <w:t xml:space="preserve"> حدثنا عبد العزيز بن عبد الله قال:حدثني محمد بن جعفر عن عبد الله بن عبد الرحمن أنه سمع أنس بن مالك رضي الله عنه يقول: سمعت رسولَ الله ﷺ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«فَضْلُ عائشةَ على النِّساءِ،  </w:t>
      </w:r>
      <w:r>
        <w:rPr>
          <w:color w:val="FF0000"/>
          <w:rtl w:val="1"/>
        </w:rPr>
        <w:t xml:space="preserve">كفَضْلِ الثَّرِيدِ على الطَّعام». 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الثريد - تحضير الأطعمة من الحبوب والبقوليات</w:t>
      </w:r>
    </w:p>
    <w:p>
      <w:pPr>
        <w:bidi w:val="1"/>
        <w:jc w:val="start"/>
      </w:pPr>
      <w:r>
        <w:rPr>
          <w:rtl w:val="1"/>
        </w:rPr>
        <w:t>الشرح: الدلالة: أسماء المحدثين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