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،أيّ الرقاب أفضل؟-كتاب العتق-سنن أبي داود — رقم الحديث: 3965 — الرقم الفرعي: 99 — الرقم الأصلي: 3965</w:t>
        <w:br/>
      </w:r>
      <w:r>
        <w:rPr>
          <w:rtl w:val="1"/>
        </w:rPr>
        <w:t xml:space="preserve"> حدثنا محمد بن المثنى ثنا معاذ بن هشام حدثني أبي عن قتادة عن سالم بن أبي الجعد عن معدان بن أبي طلحة اليعمريّ عن أبي نجيح السلميّ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حاصَرْنا معَ رسولِ الله ﷺ بقَصرِ الطائفِ،  </w:t>
      </w:r>
      <w:r>
        <w:rPr>
          <w:color w:val="FF0000"/>
          <w:rtl w:val="1"/>
        </w:rPr>
        <w:t xml:space="preserve">قال معاذٌ: سمِعتُ أَبي يقول: بِقصْرِ الطّائفِ، بحِصْن الصَّائف، كلَّ ذلك،  </w:t>
      </w:r>
      <w:r>
        <w:rPr>
          <w:color w:val="FF0000"/>
          <w:rtl w:val="1"/>
        </w:rPr>
        <w:t xml:space="preserve">فسمِعتُ رسولَ الله ﷺ يقولُ: «مَن بَلَغَ بِسَهْمٍ في سَبيلِ الله، عزَّ وجلَّ، فلَه درَجةٌ» وساق الحديثَ،  </w:t>
      </w:r>
      <w:r>
        <w:rPr>
          <w:color w:val="000000"/>
          <w:rtl w:val="1"/>
        </w:rPr>
        <w:t xml:space="preserve">وسمِعتُ رسولَ الله ﷺ يقول: «أيُّما رجُلٍ مُسْلمٍ أَعتقَ رجُلًا مسلمًا فإنَّ اللهَ، عزَّ وجلَّ، جَاعِلٌ وِقاءَ كُلِّ عَظْمٍ من عِظامِه عظمًا مِن عِظامِ مُحرَّرِه مِن النَّارِ،  </w:t>
      </w:r>
      <w:r>
        <w:rPr>
          <w:color w:val="000000"/>
          <w:rtl w:val="1"/>
        </w:rPr>
        <w:t xml:space="preserve">وأيُّما امرأةٍ أَعْتَقَت امرأةً مسلِمةً، فإنّ اللهَ، عزَّ وجلَّ، جاعلٌ وِقاءَ كلِّ عظمٍ من عظامِها عظمًا من عظامِ مُحَرَّرِها مِنَ النّارِ يومَ القِيامة». </w:t>
      </w:r>
      <w:r>
        <w:rPr>
          <w:color w:val="000000"/>
          <w:rtl w:val="1"/>
        </w:rPr>
        <w:t xml:space="preserve">قال أَبو داود: أَبو نَجِيح السُّلَمي: هو عَمرو بن عَبَسةَ.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غزوة الطائف وما رافقها من أحداث - أحداث السنة الثامنة</w:t>
      </w:r>
    </w:p>
    <w:p>
      <w:pPr>
        <w:bidi w:val="1"/>
        <w:jc w:val="start"/>
      </w:pPr>
      <w:r>
        <w:rPr>
          <w:rtl w:val="1"/>
        </w:rPr>
        <w:t>الشرح: الدلالة: الحصار وفك الحصار - أهداف الهجوم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الرمي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