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من أسلم وعنده نساء أكثر من أربع،أو أُختان-تفريع أبواب الطلاق-سنن أبي داود — رقم الحديث: 2241 — الرقم الفرعي: 99 — الرقم الأصلي: 2241</w:t>
        <w:br/>
      </w:r>
      <w:r>
        <w:rPr>
          <w:rtl w:val="1"/>
        </w:rPr>
        <w:t xml:space="preserve"> حدثنا مُسدد ثنا هُشيم ح وثنا وهب بن بقيّة أخبرنا هُشيم عن ابن أبي ليلى عن حُميضة بن الشمردل عن الحارث بن قيس ملاحظة قال مُسدد:ابن عميرة ملاحظة وقال وهب:الأسديّ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أَسلمتُ وعندي ثَمانُ نِسوةٍ، فذَكرتُ ذلك للنّبيِّ ﷺ، فقالَ النّبيُّ ﷺ: «اختَر مِنهنَّ أَربعًا». </w:t>
      </w:r>
      <w:r>
        <w:rPr>
          <w:color w:val="000000"/>
          <w:rtl w:val="1"/>
        </w:rPr>
        <w:t xml:space="preserve">وحدَّثنا بهِ أَحمدُ بنُ إبراهيم، حدَّثنا هُشَيم، بهذا الحديثِ، فقال: قيس بن الحارث، مكان الحارث بنِ قيس.  </w:t>
      </w:r>
      <w:r>
        <w:rPr>
          <w:color w:val="000000"/>
          <w:rtl w:val="1"/>
        </w:rPr>
        <w:t xml:space="preserve">قال أحمدُ بنُ إبراهيم: هذا الصواب، يعني قيسَ بنَ الحارث.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التعدد لأكثر من أربعة. - التفريق عن طريق الشرع (بعد ثبوت العقد الصحيح)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التعدد في الزواج - الزواج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