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الإجتماع على تلاوة القرآن،وعلى الذكر-كتاب الذكر والدعاء والتوبة والإستغفار-صحيح مسلم — رقم الحديث: 2701 — الرقم الفرعي: 99 — الرقم الأصلي: 2701</w:t>
        <w:br/>
      </w:r>
      <w:r>
        <w:rPr>
          <w:rtl w:val="1"/>
        </w:rPr>
        <w:t xml:space="preserve"> حدثنا أبو بكر بن أبي شيبة حدثنا مرحوم بن عبد العزيز عن أبي نَعامة السعديّ عن أبي عثمان عن أبي سعيد الخُدْريّ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خَرجَ معاويةُ على حَلْقةٍ في المسجدِ، فقال: ما أَجلَسَكم؟ قالوا: جَلَسْنا نذكرُ اللهَ،  </w:t>
      </w:r>
      <w:r>
        <w:rPr>
          <w:color w:val="FF0000"/>
          <w:rtl w:val="1"/>
        </w:rPr>
        <w:t xml:space="preserve">قال: آللهِ ما أجلَسَكُم إلّا ذاك؟ قالوا: واللهِ ما أجلَسَنا إلّا ذاك،  </w:t>
      </w:r>
      <w:r>
        <w:rPr>
          <w:color w:val="FF0000"/>
          <w:rtl w:val="1"/>
        </w:rPr>
        <w:t xml:space="preserve">قال: أَمَا إنّي لم أستَحلِفْكم تُهمةً لكم، وما كان أحدٌ بمَنزِلتي مِن رسولِ الله ﷺ أَقلَّ عنه حَدِيثًا مني،  </w:t>
      </w:r>
      <w:r>
        <w:rPr>
          <w:color w:val="FF0000"/>
          <w:rtl w:val="1"/>
        </w:rPr>
        <w:t xml:space="preserve">وإنّ رسولَ الله ﷺ خَرَجَ على حَلْقةٍ مِن أصحابِه، فقال: «ما أَجلَسَكم؟» قالوا: جلَسْنا نذكرُ اللهَ ونَحمَدُه على ما هَدانا للإسلام ومَنّ به علينا،  </w:t>
      </w:r>
      <w:r>
        <w:rPr>
          <w:color w:val="FF0000"/>
          <w:rtl w:val="1"/>
        </w:rPr>
        <w:t xml:space="preserve">قال: «آللهِ ما أجلَسَكُم إلّا ذلك؟» قالوا: واللهِ ما أجلَسَنا إلّا ذلك، قال: «أمَا إنّي لم أستَحلِفْكُم تُهمةً لكم، ولكنّه أتاني جبريلُ فأخبَرَني أنّ اللهَ عزّ وجلّ يُباهي بكم المَلائِكة».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المدرسة (الحلقات ... 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الاجتماع على ذكر الله تعالى وفضل ذلك.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الذكر وقراءة القرآن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قيمة الذِّكْر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