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التصدق-كتاب صفة القيامة-سنن الترمذي — رقم الحديث: 2470 — الرقم الفرعي: 99 — الرقم الأصلي: 2472</w:t>
        <w:br/>
      </w:r>
      <w:r>
        <w:rPr>
          <w:rtl w:val="1"/>
        </w:rPr>
        <w:t xml:space="preserve"> حدثنا محمد بن بشّار حدثنا يحيى بن سعيد عن سفيان عن أبي إسحاق عن أبي ميسرة عن عائشة</w:t>
        <w:br/>
      </w:r>
      <w:r>
        <w:rPr>
          <w:color w:val="FF0000"/>
          <w:rtl w:val="1"/>
        </w:rPr>
        <w:t xml:space="preserve">أَنَّهم ذَبَحُوا شاةً، فقال النبيُّ ﷺ: «ما بَقِيَ مِنها»؟ قالت: ما بَقِيَ مِنها إلّا كَتفُها قال: «بَقِيَ كُلُّها غَيرَ كَتِفها». </w:t>
      </w:r>
      <w:r>
        <w:rPr>
          <w:color w:val="000000"/>
          <w:rtl w:val="1"/>
        </w:rPr>
        <w:t xml:space="preserve">هذا حديث صحيح. وأَبُو مَيسَرَة هو الهَمْدَاني، اسمُهُ: عَمرو بنُ شُرَحبيل.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الصدقة بكل المال - مسائل متفرقة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