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ذلك-كتاب الأذان-سنن النسائي — رقم الحديث: 674 — الرقم الفرعي: 99 — الرقم الأصلي: 674</w:t>
        <w:br/>
      </w:r>
      <w:r>
        <w:rPr>
          <w:rtl w:val="1"/>
        </w:rPr>
        <w:t xml:space="preserve"> أخبرنا محمد بن سلمة قال:حدثنا ابن وهب عن عمرو بن الحارث أنّ بُكير بن الأشجّ حدثه أن عليّ بن خالد الزَّرقيّ حدثه أن النضر بن سفيان حدثه أنه سمع أبا هريرة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كُنّا معَ رسولِ اللهِ ﷺ، فقامَ بِلالٌ فنادَى،  </w:t>
      </w:r>
      <w:r>
        <w:rPr>
          <w:color w:val="000000"/>
          <w:rtl w:val="1"/>
        </w:rPr>
        <w:t xml:space="preserve">فلمَّا سَكَتَ قالَ رسولُ الله ﷺ:  </w:t>
      </w:r>
      <w:r>
        <w:rPr>
          <w:color w:val="FF0000"/>
          <w:rtl w:val="1"/>
        </w:rPr>
        <w:t xml:space="preserve">«مَن قالَ مِثلَ ما قالَ هذا يَقينًا دَخَلَ الجَنّة».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