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يؤمر من انضمام العسكر وسعته-كتاب الجهاد-سنن أبي داود — رقم الحديث: 2628 — الرقم الفرعي: 99 — الرقم الأصلي: 2628</w:t>
        <w:br/>
      </w:r>
      <w:r>
        <w:rPr>
          <w:rtl w:val="1"/>
        </w:rPr>
        <w:t xml:space="preserve"> حدثنا عمرو بن عثمان الحمصيّ و يزيد بن قُبيس ملاحظة من أهل جبلة ساحل حمص،وهذا لفظ يزيد قالا:ثنا الوليد بن مسلم عن عبد الله بن العلاء أنه سمع مسلم بن مِشْكَم أبا عبيدالله يقول:ثنا أبو ثعلبة الخُشنيّ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كان الناسُ إذا نزلوا منزلاً -قال عمرو: كان الناس إذا نزل رسول الله ﷺ منزلاً- تفرَّقُوا في الشِّعَابِ والأوْدِيةِ،  </w:t>
      </w:r>
      <w:r>
        <w:rPr>
          <w:color w:val="FF0000"/>
          <w:rtl w:val="1"/>
        </w:rPr>
        <w:t xml:space="preserve">فقال رسولَ الله ﷺ: «إنَّ تَفَرُّقَكُم في هذه الشِّعابِ والأوديةِ إنما ذلكمُ من الشيطانِ"،  </w:t>
      </w:r>
      <w:r>
        <w:rPr>
          <w:color w:val="FF0000"/>
          <w:rtl w:val="1"/>
        </w:rPr>
        <w:t xml:space="preserve">فلم ينزلْ بعدَ ذلكَ مَنزلاً إلا انضَمَّ بعضُهم إلى بعض، حتى يقال: لو بُسِطَ عليهم ثَوبٌ لَعَمَّهُم».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الحشد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التنظيم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