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قوله تعالى يُدنين عليهنّ من جلابيبهنّ-كتاب اللباس-سنن أبي داود — رقم الحديث: 4101 — الرقم الفرعي: 99 — الرقم الأصلي: 4101</w:t>
        <w:br/>
      </w:r>
      <w:r>
        <w:rPr>
          <w:rtl w:val="1"/>
        </w:rPr>
        <w:t xml:space="preserve"> حدثنا محمد بن عبيد ثنا ابن ثور عن مَعمر عن ابن خُثَيْم عن صفيّة بنت شيبة عن أم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لما نزلت {يُدْنِينَ عَلَيْهِنَّ مِنْ جَلَابِيبِهِنَّ} [الأحزاب: ٥٩]،  </w:t>
      </w:r>
      <w:r>
        <w:rPr>
          <w:color w:val="FF0000"/>
          <w:rtl w:val="1"/>
        </w:rPr>
        <w:t xml:space="preserve">خرجَ نِسَاءُ الأنصارِ كأن على رؤوسِهِنَّ الغِرْبانَ مِنَ الأكْسِيَة.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