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صفة الجنة-كتاب بدء الخلق-صحيح البخاري — رقم الحديث: 3243 — الرقم الفرعي: 99 — الرقم الأصلي: 3243</w:t>
        <w:br/>
      </w:r>
      <w:r>
        <w:rPr>
          <w:rtl w:val="1"/>
        </w:rPr>
        <w:t xml:space="preserve"> حدثنا حجاج بن منهال حدثنا همّام قال:سمعت أبا عمران الجونيّ يحدث عن أبي بكر بن عبد الله بن قيس الأشعريّ عن أبيه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«الخَيمةُ دُرّةٌ مُجَوَّفةٌ طُولُها في السَّماءِ ثلاثونَ مِيلًا،  </w:t>
      </w:r>
      <w:r>
        <w:rPr>
          <w:color w:val="FF0000"/>
          <w:rtl w:val="1"/>
        </w:rPr>
        <w:t xml:space="preserve">في كلِّ زاوِيةٍ منها للمُؤْمِنِ أَهلٌ لا يَراهُم الآخَرونَ». </w:t>
      </w:r>
      <w:r>
        <w:rPr>
          <w:color w:val="000000"/>
          <w:rtl w:val="1"/>
        </w:rPr>
        <w:t xml:space="preserve"> قال أبو عبدِ الصَّمَد، والحارثُ بنُ عُبَيدٍ: عن أبي عِمْرانَ: «ستُّونَ مِيلًا».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نساء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