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معنى قول الله عزّ وجلّولقد رآه نزلة أخرى-كتاب الإيمان-صحيح مسلم — رقم الحديث: 175 — الرقم الفرعي: 99 — الرقم الأصلي: 175</w:t>
        <w:br/>
      </w:r>
      <w:r>
        <w:rPr>
          <w:rtl w:val="1"/>
        </w:rPr>
        <w:t xml:space="preserve"> حدثنا أبو بكر بن أبي شيبة حدثنا عليّ بن مُسهِر عن عبد الملك عن عطاء عن أبي هريرة</w:t>
        <w:br/>
      </w:r>
      <w:r>
        <w:rPr>
          <w:color w:val="FF0000"/>
          <w:rtl w:val="1"/>
        </w:rPr>
        <w:t xml:space="preserve">{وَلَقَدْ رَآهُ نَزْلَةً أُخْرَى} [النجم: 13] قَالَ: رَأَى جِبْرِيلَ. </w:t>
      </w:r>
    </w:p>
    <w:p>
      <w:pPr>
        <w:bidi w:val="1"/>
        <w:jc w:val="start"/>
      </w:pPr>
      <w:r>
        <w:rPr>
          <w:rtl w:val="1"/>
        </w:rPr>
        <w:t>الشرح: الدلالة: إعجاز القرآن</w:t>
      </w:r>
    </w:p>
    <w:p>
      <w:pPr>
        <w:bidi w:val="1"/>
        <w:jc w:val="start"/>
      </w:pPr>
      <w:r>
        <w:rPr>
          <w:rtl w:val="1"/>
        </w:rPr>
        <w:t>الشرح: الدلالة: لكل نبي معجزة - إعجاز القرآن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جبريل على صورته الحقيقية - الوحي عن طريق جبريل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