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فداء المشركين .-كتاب الجهاد والسير-صحيح البخاري — رقم الحديث: 3050 — الرقم الفرعي: 99 — الرقم الأصلي: 3050</w:t>
        <w:br/>
      </w:r>
      <w:r>
        <w:rPr>
          <w:rtl w:val="1"/>
        </w:rPr>
        <w:t xml:space="preserve"> حدثني محمود حدثنا عبد الرزاق أخبرنا معمر عن الزهريّ عن محمد بن جبير عن أبيه</w:t>
        <w:br/>
      </w:r>
      <w:r>
        <w:rPr>
          <w:color w:val="FF0000"/>
          <w:rtl w:val="1"/>
        </w:rPr>
        <w:t xml:space="preserve">وكان جاءَ في أُسارَى بَدْرٍ –  </w:t>
      </w:r>
      <w:r>
        <w:rPr>
          <w:color w:val="000000"/>
          <w:rtl w:val="1"/>
        </w:rPr>
        <w:t xml:space="preserve">قال: سمعتُ النبيَّ ﷺ يَقرَأُ في المغربِ بالطُّورِ. </w:t>
      </w:r>
    </w:p>
    <w:p>
      <w:pPr>
        <w:bidi w:val="1"/>
        <w:jc w:val="start"/>
      </w:pPr>
      <w:r>
        <w:rPr>
          <w:rtl w:val="1"/>
        </w:rPr>
        <w:t>الشرح: الدلالة: معاملة أسرى بدر - غزوة بدر الكبرى (الثانية)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