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المصّة والمصّتان-كتاب الرضاع-صحيح مسلم — رقم الحديث: 1450 — الرقم الفرعي: 99 — الرقم الأصلي: 1450</w:t>
        <w:br/>
      </w:r>
      <w:r>
        <w:rPr>
          <w:rtl w:val="1"/>
        </w:rPr>
        <w:t xml:space="preserve"> حدثني زهير بن حرب حدثنا إسماعيل بن إبراهيم ح وحدثنا محمد بن عبد الله بن نُمَيْر حدثنا إسماعيل ح وحدثنا سُوَيْد بن سعيد حدثنا مُعْتَمِر بن سليمان كلاهما عن أيوب عن ابن أبي مُلَيْكة عن عبد الله بن الزبير عن عائشة قالت :قال رسول الله صلى الله عليه وسلم ملاحظة وقال سُوَيْد و زهير:إنّ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تُحَرِّم المَصَّةُ والمَصَّتان». </w:t>
      </w:r>
    </w:p>
    <w:p>
      <w:pPr>
        <w:bidi w:val="1"/>
        <w:jc w:val="start"/>
      </w:pPr>
      <w:r>
        <w:rPr>
          <w:rtl w:val="1"/>
        </w:rPr>
        <w:t>الشرح: الدلالة: الرضاع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وقت الرضاعة المحرمة ومقدارها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