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يدخل الجنة أقوام،أفئدتهم مثل أفئدة الطير-كتاب الجنة،وصفة نعيمها وأهلها-صحيح مسلم — رقم الحديث: 2841 — الرقم الفرعي: 99 — الرقم الأصلي: 2841</w:t>
        <w:br/>
      </w:r>
      <w:r>
        <w:rPr>
          <w:rtl w:val="1"/>
        </w:rPr>
        <w:t xml:space="preserve"> حدثنا محمد بن رافع حدثنا عبد الرزاق أخبرنا مَعْمَر عن همّام بن مُنَبّه قال:هذا ما حدثنا به أبو هريرة عن رسول الله صلى الله عليه وسلم</w:t>
        <w:br/>
      </w:r>
      <w:r>
        <w:rPr>
          <w:color w:val="000000"/>
          <w:rtl w:val="1"/>
        </w:rPr>
        <w:t xml:space="preserve">فَذَكَرَ أَحَادِيثَ مِنْهَا: </w:t>
      </w:r>
      <w:r>
        <w:rPr>
          <w:color w:val="000000"/>
          <w:rtl w:val="1"/>
        </w:rPr>
        <w:t xml:space="preserve">وَقَالَ رَسُولُ الله ﷺ: «خَلقَ اللهُ عز وجل آدمَ على صُورتِه. طولُه سِتّون ذِراعًا. فلما خَلَقَه قال:  </w:t>
      </w:r>
      <w:r>
        <w:rPr>
          <w:color w:val="000000"/>
          <w:rtl w:val="1"/>
        </w:rPr>
        <w:t xml:space="preserve">اذهب فسَلِّم على أَولٰئك النفر.  </w:t>
      </w:r>
      <w:r>
        <w:rPr>
          <w:color w:val="000000"/>
          <w:rtl w:val="1"/>
        </w:rPr>
        <w:t xml:space="preserve">وهُم نَفَرٌ مِن الملائكة جُلُوس.  </w:t>
      </w:r>
      <w:r>
        <w:rPr>
          <w:color w:val="000000"/>
          <w:rtl w:val="1"/>
        </w:rPr>
        <w:t xml:space="preserve">فاستَمِع ما يُجِيبُونك. فإنَّها تَحيَّتُك وتحيةُ ذُرِّيَّتِك.  </w:t>
      </w:r>
      <w:r>
        <w:rPr>
          <w:color w:val="000000"/>
          <w:rtl w:val="1"/>
        </w:rPr>
        <w:t xml:space="preserve">قال فذهب فقال: السلامُ عَلَيكم. فقالوا: السلامُ عَلَيك ورحمةُ الله. قال: فزادوه: ورَحمَةُ الله.  </w:t>
      </w:r>
      <w:r>
        <w:rPr>
          <w:color w:val="000000"/>
          <w:rtl w:val="1"/>
        </w:rPr>
        <w:t xml:space="preserve">قال: فكل مَن يَدخُل الجنةَ على صورة آدم. وطولُه سِتّون ذِراعًا. فلم يَزَل الخلقُ يَنقُص بَعدَه حتّى الآن».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