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شعب الإيمان — رقم الحديث: 1442 — الرقم الفرعي: 99 — الرقم الأصلي: 1442 — ج: 2 — ص: 162</w:t>
        <w:br/>
      </w:r>
      <w:r>
        <w:rPr>
          <w:rtl w:val="1"/>
        </w:rPr>
        <w:t xml:space="preserve"> أخبرنا أبو سعيد الخليل بن أحمد بن محمد القاضي البستي، حدثنا أبو العباس أحمد بن المظفَّر البَكْري، أخبرنا ابن أبي خيثمة، حدثنا أبي، حدثنا يزيد بن هارون، أخبرنا محمد بن إسحاق، عن محمد بن إبراهيم، عن محمد بن عبد الله بن عتيك، عن أبيه، قال : سمعتُ رسول الله ﷺ</w:t>
        <w:br/>
      </w:r>
      <w:r>
        <w:rPr>
          <w:color w:val="000000"/>
          <w:rtl w:val="1"/>
        </w:rPr>
        <w:t xml:space="preserve">يقول:  </w:t>
      </w:r>
      <w:r>
        <w:rPr>
          <w:color w:val="FF0000"/>
          <w:rtl w:val="1"/>
        </w:rPr>
        <w:t xml:space="preserve">«مَن ماتَ حَتْفَ أَنفِه  </w:t>
      </w:r>
      <w:r>
        <w:rPr>
          <w:color w:val="FF0000"/>
          <w:rtl w:val="1"/>
        </w:rPr>
        <w:t xml:space="preserve">- وإنَّها لكَلمةٌ ما سَمِعنا مِن أَحدٍ من العَربِ قبلَ رسولِ الله ﷺ -  </w:t>
      </w:r>
      <w:r>
        <w:rPr>
          <w:color w:val="FF0000"/>
          <w:rtl w:val="1"/>
        </w:rPr>
        <w:t xml:space="preserve">فقد وَقَعَ أَجرُه على اللهِ عزَّ وجلَّ». </w:t>
      </w:r>
      <w:r>
        <w:rPr>
          <w:color w:val="FF0000"/>
          <w:rtl w:val="1"/>
        </w:rPr>
        <w:t xml:space="preserve">قال البيهقي رحمه الله: وله ﷺ في هذا النوع ألفاظٌ لم يُسبَق إليها ﷺ . </w:t>
      </w:r>
    </w:p>
    <w:p>
      <w:pPr>
        <w:bidi w:val="1"/>
        <w:jc w:val="start"/>
      </w:pPr>
      <w:r>
        <w:rPr>
          <w:rtl w:val="1"/>
        </w:rPr>
        <w:t xml:space="preserve">درجة الحديث: إسناده ضعيف </w:t>
      </w:r>
    </w:p>
    <w:p>
      <w:pPr>
        <w:bidi w:val="1"/>
        <w:jc w:val="start"/>
      </w:pPr>
      <w:r>
        <w:rPr>
          <w:rtl w:val="1"/>
        </w:rPr>
        <w:t xml:space="preserve">الشرح: الدلالة: بلاغته ﷺ - فصاحة النبي ﷺ وبلاغته وحلاوة منطقه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