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وسلم:إنّا بك لمحزونون-كتاب الجنائز-صحيح البخاري — رقم الحديث: 1303 — الرقم الفرعي: 99 — الرقم الأصلي: 1303</w:t>
        <w:br/>
      </w:r>
      <w:r>
        <w:rPr>
          <w:rtl w:val="1"/>
        </w:rPr>
        <w:t xml:space="preserve"> حدثنا الحسن بن عبد العزيز حدثنا يحيى بن حسّان حدثنا قريش ملاحظة هو ابن حيّان عن ثابت عن أنس بن مالك رضي الله عنه</w:t>
        <w:br/>
      </w:r>
      <w:r>
        <w:rPr>
          <w:color w:val="FF0000"/>
          <w:rtl w:val="1"/>
        </w:rPr>
        <w:t xml:space="preserve">قال: دَخَلْنا معَ رسولِ الله ﷺ على أبي سَيفٍ القَيْنِ - وكان ظِئْرًا لإبراهيمَ عليه السَّلام - فأخَذَ رسولُ الله ﷺ إبراهيمَ فقَبَّلَه وشَمَّه،  </w:t>
      </w:r>
      <w:r>
        <w:rPr>
          <w:color w:val="FF0000"/>
          <w:rtl w:val="1"/>
        </w:rPr>
        <w:t xml:space="preserve">ثمَّ دَخَلْنا عليه بعدَ ذلكَ وإبراهيمُ يَجُودُ بنَفْسِه،  </w:t>
      </w:r>
      <w:r>
        <w:rPr>
          <w:color w:val="FF0000"/>
          <w:rtl w:val="1"/>
        </w:rPr>
        <w:t xml:space="preserve">فجَعَلَتْ عَيْنا رسولِ الله ﷺ تَذْرِفانِ، فقال له عبدُ الرَّحمنِ بنُ عَوْفٍ، رضي الله عنه: وأنتَ يا رسولَ الله؟! فقال: «يا ابنَ عَوْفٍ، إنَّها رَحْمةٌ». ثمَّ أتبَعَها بأُخرَى فقال ﷺ: «إنَّ العَينَ تَدْمَعُ والقلبَ يَحزَنُ،  </w:t>
      </w:r>
      <w:r>
        <w:rPr>
          <w:color w:val="FF0000"/>
          <w:rtl w:val="1"/>
        </w:rPr>
        <w:t xml:space="preserve">ولا نقولُ إلا ما يَرْضَى رَبُّنا،  </w:t>
      </w:r>
      <w:r>
        <w:rPr>
          <w:color w:val="FF0000"/>
          <w:rtl w:val="1"/>
        </w:rPr>
        <w:t xml:space="preserve">وإنّا بفِراقِكَ يا إبراهيمُ لَمَحْزونونَ».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البكاء على المحتضر - الاحتضار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قيمة الحزن المنضبط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بكاؤه ﷺ عند فقد الولد لا ينافي الرضى - صبر النبي ﷺ ورضاه</w:t>
      </w:r>
    </w:p>
    <w:p>
      <w:pPr>
        <w:bidi w:val="1"/>
        <w:jc w:val="start"/>
      </w:pPr>
      <w:r>
        <w:rPr>
          <w:rtl w:val="1"/>
        </w:rPr>
        <w:t xml:space="preserve">الشرح: الدلالة: بكاؤه ﷺ على من حضرته الوفاة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وفاة إبراهيم ابن النّبي عليه السلام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