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قول النبيّ صلى الله عليه وسلم:لو تعلمون ما أعلم لضحكتم قليلاً-كتاب الزهد-سنن الترمذي — رقم الحديث: 2312 — الرقم الفرعي: 99 — الرقم الأصلي: 2313</w:t>
        <w:br/>
      </w:r>
      <w:r>
        <w:rPr>
          <w:rtl w:val="1"/>
        </w:rPr>
        <w:t xml:space="preserve"> حدثنا أحمد بن منيع حدثنا أبو أحمد الزبيريّ حدثنا إسرائيل عن إبراهيم بن المهاجر عن مجاهد عن مُورّق عن أبي ذَرّ قال:قال رسول الله صلى الله عليه وسلم</w:t>
        <w:br/>
      </w:r>
      <w:r>
        <w:rPr>
          <w:color w:val="FF0000"/>
          <w:rtl w:val="1"/>
        </w:rPr>
        <w:t xml:space="preserve">«إنِّي أَرَى ما لا تَرَون، وأسمَعُ ما لا تَسمَعون،  </w:t>
      </w:r>
      <w:r>
        <w:rPr>
          <w:color w:val="FF0000"/>
          <w:rtl w:val="1"/>
        </w:rPr>
        <w:t xml:space="preserve">أَطَّتِ السَّماءُ، وحُقَّ لها أن تَئِطَّ؛ ما فيها مَوضِعُ أربَعِ أصابِعَ إلَّا ومَلَكٌ واضعٌ جَبهَتَه ساجدًا لله،  </w:t>
      </w:r>
      <w:r>
        <w:rPr>
          <w:color w:val="FF0000"/>
          <w:rtl w:val="1"/>
        </w:rPr>
        <w:t xml:space="preserve">واللهِ لو تَعلَمونَ ما أعلَمُ لَضحِكتُم قليلًا ولَبَكَيتُم كثيرًا، وما تلذَّذتُم بالنِّساء على الفُرُش، ولَخَرجتُم إلى الصُّعُداتِ تَجأرُونَ إلى الله»  </w:t>
      </w:r>
      <w:r>
        <w:rPr>
          <w:color w:val="FF0000"/>
          <w:rtl w:val="1"/>
        </w:rPr>
        <w:t xml:space="preserve">لَوَدِدتُ أنِّي كنتُ شَجرةً تُعضَد. </w:t>
      </w:r>
      <w:r>
        <w:rPr>
          <w:color w:val="000000"/>
          <w:rtl w:val="1"/>
        </w:rPr>
        <w:t xml:space="preserve">وفي الباب عن عائشةَ، وأبي هريرةَ، وابنِ عباس، وأنس. 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ويُروى من غير هذا الوجه، أن أبا ذَرّ قال: لودِدْتُ أني كنتُ شجرةُ تُعضد.  </w:t>
      </w:r>
      <w:r>
        <w:rPr>
          <w:color w:val="000000"/>
          <w:rtl w:val="1"/>
        </w:rPr>
        <w:t xml:space="preserve">ويروى عن أبي ذر موقوفًا.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علمه ﷺ بأمور الآخرة - معرفة النبي ﷺ بالله تعالى 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