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حقّ إجابة الوليمة-كتاب النكاح-صحيح البخاري — رقم الحديث: 5173 — الرقم الفرعي: 99 — الرقم الأصلي: 5173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دُعِيَ أحدُكم إلى الوَلِيمةِ فلْيَأْتِها». 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