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أنه لا يدخل الجنة إلاّ المؤمنون-كتاب الإيمان-صحيح مسلم — رقم الحديث: 54 — الرقم الفرعي: 1 — الرقم الأصلي: 54</w:t>
        <w:br/>
      </w:r>
      <w:r>
        <w:rPr>
          <w:rtl w:val="1"/>
        </w:rPr>
        <w:t xml:space="preserve"> حدثنا أبو بكر بن أبي شيبة حدثنا أبو معاوية و وكيع عن الأعمش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«لا تَدخُلون الجنّةَ حتى تُؤمِنوا،  </w:t>
      </w:r>
      <w:r>
        <w:rPr>
          <w:color w:val="FF0000"/>
          <w:rtl w:val="1"/>
        </w:rPr>
        <w:t xml:space="preserve">ولا تُؤمِنوا حتى تحابُّوا،  </w:t>
      </w:r>
      <w:r>
        <w:rPr>
          <w:color w:val="FF0000"/>
          <w:rtl w:val="1"/>
        </w:rPr>
        <w:t xml:space="preserve">أوَلا أدلُّكم على شيءٍ إذا فعَلتُموه تَحابَبتُم؟ أفشُوا السّلامَ بينَكم». 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قيمة السلام طريقٌ لدُخول الجنّة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قيمة جزاء المتحابيِّنَ في الله عزَّ وجلّ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* المتحابون في الله - الأخلاق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الولاء والبراء - الأمة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