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رؤيا الصالحين-كتاب التعبير-صحيح البخاري — رقم الحديث: 6983 — الرقم الفرعي: 99 — الرقم الأصلي: 6983</w:t>
        <w:br/>
      </w:r>
      <w:r>
        <w:rPr>
          <w:rtl w:val="1"/>
        </w:rPr>
        <w:t xml:space="preserve"> حدثنا عبد الله بن مسلمة عن مالك عن إسحاق بن عبد الله بن أبي طلحة عن  أنس بن مالك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«الرُّؤْيا الحَسَنةُ منَ الرَّجلِ الصّالحِ جُزْءٌ من ستّةٍ وأربعينَ جُزْءًا منَ النُّبوَّة».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قيمة التفاؤل بالرؤيا الصالحة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