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الإشارة في التشهد-كتاب الصلاة-سنن أبي داود — رقم الحديث: 989 — الرقم الفرعي: 99 — الرقم الأصلي: 989</w:t>
        <w:br/>
      </w:r>
      <w:r>
        <w:rPr>
          <w:rtl w:val="1"/>
        </w:rPr>
        <w:t xml:space="preserve"> حدثنا إبراهيم بن الحسن المصّيصيّ ثنا حجّاج عن ابن جريج عن زياد عن محمد بن عجلان عن عامر بن عبد الله عن عبد الله بن الزبير</w:t>
        <w:br/>
      </w:r>
      <w:r>
        <w:rPr>
          <w:color w:val="FF0000"/>
          <w:rtl w:val="1"/>
        </w:rPr>
        <w:t xml:space="preserve">أنه ذكر: أن النبيَّ ﷺ كان يُشيرُ بإصبَعِه إذا دعا، ولا يُحرِّكُها. </w:t>
      </w:r>
      <w:r>
        <w:rPr>
          <w:color w:val="000000"/>
          <w:rtl w:val="1"/>
        </w:rPr>
        <w:t xml:space="preserve">قال ابن جُرَيج: وزاد عمرو بن دينار، قال: أخبرني عامر عن أبيه: أنه رأى النبيَّ ﷺ يدعو كذلك، ويتحامَلُ النبيّﷺ بيدِه اليُسرى على فَخِذِه اليُسرى.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