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يدخل من هذه الأمة سبعون ألفاً دون حساب-كتاب صفة القيامة-سنن الترمذي — رقم الحديث: 2437 — الرقم الفرعي: 99 — الرقم الأصلي: 2439</w:t>
        <w:br/>
      </w:r>
      <w:r>
        <w:rPr>
          <w:rtl w:val="1"/>
        </w:rPr>
        <w:t xml:space="preserve"> حدثنا الحسن بن عرفة حدثنا إسماعيل بن عيّاش عن محمد بن زياد الألهانيّ قال:سمعت أبا أمامة يقول:سمعت رسول الله صلى الله عليه وسلم</w:t>
        <w:br/>
      </w:r>
      <w:r>
        <w:rPr>
          <w:color w:val="FF0000"/>
          <w:rtl w:val="1"/>
        </w:rPr>
        <w:t xml:space="preserve">يقولُ: «وعَدَني رَبَّي أنْ يُدْخِلَ الجنَّةَ من أُمَّتي سبعينَ ألفًا لا حِسابَ عَليْهِمْ ولا عذابَ، مع كُلَّ ألْفٍ سبعونَ ألفًا وثلاثُ حَثَياتٍ من حَثَيات ربي». </w:t>
      </w:r>
      <w:r>
        <w:rPr>
          <w:color w:val="000000"/>
          <w:rtl w:val="1"/>
        </w:rPr>
        <w:t xml:space="preserve">هذا حديثٌ حسنٌ غريبٌ.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ذكر صفات الله تعالى - صفات الله تعالى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