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وسلم:لا تسألوا أهل الكتاب عن شيء-الاعتصام بالكتاب-صحيح البخاري — رقم الحديث: 7361 — الرقم الفرعي: 99 — الرقم الأصلي: 7361</w:t>
        <w:br/>
      </w:r>
      <w:r>
        <w:rPr>
          <w:rtl w:val="1"/>
        </w:rPr>
        <w:t xml:space="preserve"> وقال أبو اليمان أخبرنا شعيب عن الزهريّ أخبرني حُميد بن عبد الرحمن</w:t>
        <w:br/>
      </w:r>
      <w:r>
        <w:rPr>
          <w:color w:val="000000"/>
          <w:rtl w:val="1"/>
        </w:rPr>
        <w:t xml:space="preserve">سَمِعَ معاويةَ يُحدِّثُ رَهْطًا من قُرَيشٍ بالمدينةِ،  </w:t>
      </w:r>
      <w:r>
        <w:rPr>
          <w:color w:val="FF0000"/>
          <w:rtl w:val="1"/>
        </w:rPr>
        <w:t xml:space="preserve">وذَكَرَ كَعْبَ الأحبارِ، فقال: إنْ كان من أصدَقِ هؤُلاءِ المحدِّثِينَ الَّذينَ يُحدِّثونَ عن أهلِ الكتاب،  </w:t>
      </w:r>
      <w:r>
        <w:rPr>
          <w:color w:val="000000"/>
          <w:rtl w:val="1"/>
        </w:rPr>
        <w:t xml:space="preserve">وإنْ كنَّا مع ذلكَ لَنَبلُو عليه الكَذِبَ.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التحديث عن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الصدق في الرواية - قيم الصدق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