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كتاب الزهد والرقائق-صحيح مسلم — رقم الحديث: 2967 — الرقم الفرعي: 1 — الرقم الأصلي: 2967</w:t>
        <w:br/>
      </w:r>
      <w:r>
        <w:rPr>
          <w:rtl w:val="1"/>
        </w:rPr>
        <w:t xml:space="preserve"> حدثنا شَيْبان بن فرّوخ حدثنا سليمان بن المغيرة حدثنا حُمَيْد بن هلال عن خالد بن عُمَير العَدَويّ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خطبَنا عُتبة بن غَزْوان، فحمِد اللهَ وأثنى عليه، ثم قال: أما بعد،  </w:t>
      </w:r>
      <w:r>
        <w:rPr>
          <w:color w:val="000000"/>
          <w:rtl w:val="1"/>
        </w:rPr>
        <w:t xml:space="preserve">فإن الدنيا قد آذنت بصُرْم، وولّت حَذّاء، ولم يبقَ منها إلا صُبابةٌ كصُبابة الإناء، يَتَصابُّها صاحبُها،  </w:t>
      </w:r>
      <w:r>
        <w:rPr>
          <w:color w:val="000000"/>
          <w:rtl w:val="1"/>
        </w:rPr>
        <w:t xml:space="preserve">وإنكم مُنتَقِلُون مِنها إلى دارٍ لا زوالَ لها، فانتقِلُوا بخيرِ ما بِحضرَتِكُم،  </w:t>
      </w:r>
      <w:r>
        <w:rPr>
          <w:color w:val="FF0000"/>
          <w:rtl w:val="1"/>
        </w:rPr>
        <w:t xml:space="preserve">فإنه قد ذُكر لنا أنَّ الحَجَر يُلقى من شَفَة جهنم، فيهوي فيها سبعينَ عامًا، لا يُدرِك لها قَعرًا، ووالله لتُملأَنّ، أفعَجِبتُم؟  </w:t>
      </w:r>
      <w:r>
        <w:rPr>
          <w:color w:val="FF0000"/>
          <w:rtl w:val="1"/>
        </w:rPr>
        <w:t xml:space="preserve">ولقد ذُكرَ لنا أنَّ ما بَينَ مِصرَاعَين مِن مَصَارِيع الجَنَّة مَسيرةَ أَربَعِين سَنَة، وليأتين عليها يومٌ وهو كظِيظٌ مِن الزّحام،  </w:t>
      </w:r>
      <w:r>
        <w:rPr>
          <w:color w:val="FF0000"/>
          <w:rtl w:val="1"/>
        </w:rPr>
        <w:t xml:space="preserve">ولقد رَأَيتُني سابعَ سبعةٍ مع رَسولِ الله ﷺ، ما لنا طَعَامٌ إلَّا ورقَ الشجر حتَّى قَرَحَت أشداقُنا،  </w:t>
      </w:r>
      <w:r>
        <w:rPr>
          <w:color w:val="FF0000"/>
          <w:rtl w:val="1"/>
        </w:rPr>
        <w:t xml:space="preserve">فالتقطتُ بُردةً فشَقَقتُها بيني وبينَ سَعدِ بنِ مالك، فاتّزرتُ بنصفِها، واتّزر سعدٌ بنصفِها،  </w:t>
      </w:r>
      <w:r>
        <w:rPr>
          <w:color w:val="FF0000"/>
          <w:rtl w:val="1"/>
        </w:rPr>
        <w:t xml:space="preserve">فما أصبح اليومَ منّا أحدٌ إلّا أصبحَ أَميرًا على مِصرٍ مِنَ الأَمصَارِ،  </w:t>
      </w:r>
      <w:r>
        <w:rPr>
          <w:color w:val="FF0000"/>
          <w:rtl w:val="1"/>
        </w:rPr>
        <w:t xml:space="preserve">وإني أعوذُ باللهِ أن أَكونَ في نَفسِي عَظِيمًا وعندَ اللهِ صَغِيرًا،  </w:t>
      </w:r>
      <w:r>
        <w:rPr>
          <w:color w:val="000000"/>
          <w:rtl w:val="1"/>
        </w:rPr>
        <w:t xml:space="preserve">وإنَّها لم تكن نبوةٌ قطُّ إلا تَنَاسَخت، حتّى يكونَ آخرُ عاقِبَتِها مُلكًا،  </w:t>
      </w:r>
      <w:r>
        <w:rPr>
          <w:color w:val="000000"/>
          <w:rtl w:val="1"/>
        </w:rPr>
        <w:t xml:space="preserve">فستَخبُرون وتُجَرِّبُون الأمراءَ بعدَنا.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السنن الالهية في المجتمعات - المجتمع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ما ورد في سائر الأمكنة والبلدان (ترتيب هجائي)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الثناء على الله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إمارة الأقاليم - الإمارة والولاية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p>
      <w:pPr>
        <w:bidi w:val="1"/>
        <w:jc w:val="start"/>
      </w:pPr>
      <w:r>
        <w:rPr>
          <w:rtl w:val="1"/>
        </w:rPr>
        <w:t>الشرح: الدلالة: أبواب الجنة (أسماؤها، عددها، سعتها، فتحها) - خامسًا: نعيم الجنة</w:t>
      </w:r>
    </w:p>
    <w:p>
      <w:pPr>
        <w:bidi w:val="1"/>
        <w:jc w:val="start"/>
      </w:pPr>
      <w:r>
        <w:rPr>
          <w:rtl w:val="1"/>
        </w:rPr>
        <w:t>الشرح: الدلالة: * جهنم - أولًا: أسماء النار</w:t>
      </w:r>
    </w:p>
    <w:p>
      <w:pPr>
        <w:bidi w:val="1"/>
        <w:jc w:val="start"/>
      </w:pPr>
      <w:r>
        <w:rPr>
          <w:rtl w:val="1"/>
        </w:rPr>
        <w:t>الشرح: الدلالة: رابعًا: سعة النار وعظم حجمها - النار وجحيمها</w:t>
      </w:r>
    </w:p>
    <w:p>
      <w:pPr>
        <w:bidi w:val="1"/>
        <w:jc w:val="start"/>
      </w:pPr>
      <w:r>
        <w:rPr>
          <w:rtl w:val="1"/>
        </w:rPr>
        <w:t>الشرح: الدلالة: * كثرة أهل النار - تاسعًا: أهل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